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20 Demand Letter Samples for Payment, Property and Action</w:t>
      </w:r>
    </w:p>
    <w:p>
      <w:pPr>
        <w:jc w:val="center"/>
      </w:pPr>
      <w:r>
        <w:rPr>
          <w:i/>
        </w:rPr>
        <w:t>Editable letter collection with 20 scenarios</w:t>
      </w:r>
    </w:p>
    <w:p>
      <w:r>
        <w:t>A demand letter gives the recipient a clear opportunity to resolve a problem before the sender considers stronger action. These demand letter samples cover payment, property, services, refunds, deposits, contracts, and other common disputes. Each example states the facts, identifies the requested remedy, and sets a practical deadline without using unnecessary threats.</w:t>
      </w:r>
    </w:p>
    <w:p>
      <w:r>
        <w:t>Replace all bracketed text before use. Check contracts, policies, and local requirements where they apply.</w:t>
      </w:r>
    </w:p>
    <w:p>
      <w:pPr>
        <w:pStyle w:val="Heading1"/>
      </w:pPr>
      <w:r>
        <w:t>Contents</w:t>
      </w:r>
    </w:p>
    <w:p>
      <w:pPr>
        <w:pStyle w:val="ListNumber"/>
      </w:pPr>
      <w:r>
        <w:t>1. Unpaid Invoice Letter</w:t>
      </w:r>
    </w:p>
    <w:p>
      <w:pPr>
        <w:pStyle w:val="ListNumber"/>
      </w:pPr>
      <w:r>
        <w:t>2. Personal Loan Repayment Letter</w:t>
      </w:r>
    </w:p>
    <w:p>
      <w:pPr>
        <w:pStyle w:val="ListNumber"/>
      </w:pPr>
      <w:r>
        <w:t>3. Security Deposit Return Letter</w:t>
      </w:r>
    </w:p>
    <w:p>
      <w:pPr>
        <w:pStyle w:val="ListNumber"/>
      </w:pPr>
      <w:r>
        <w:t>4. Refund for Defective Product Letter</w:t>
      </w:r>
    </w:p>
    <w:p>
      <w:pPr>
        <w:pStyle w:val="ListNumber"/>
      </w:pPr>
      <w:r>
        <w:t>5. Incomplete Service Letter</w:t>
      </w:r>
    </w:p>
    <w:p>
      <w:pPr>
        <w:pStyle w:val="ListNumber"/>
      </w:pPr>
      <w:r>
        <w:t>6. Property Damage Reimbursement Letter</w:t>
      </w:r>
    </w:p>
    <w:p>
      <w:pPr>
        <w:pStyle w:val="ListNumber"/>
      </w:pPr>
      <w:r>
        <w:t>7. Past Due Rent Letter</w:t>
      </w:r>
    </w:p>
    <w:p>
      <w:pPr>
        <w:pStyle w:val="ListNumber"/>
      </w:pPr>
      <w:r>
        <w:t>8. Return of Borrowed Property Letter</w:t>
      </w:r>
    </w:p>
    <w:p>
      <w:pPr>
        <w:pStyle w:val="ListNumber"/>
      </w:pPr>
      <w:r>
        <w:t>9. Breach of Contract Letter</w:t>
      </w:r>
    </w:p>
    <w:p>
      <w:pPr>
        <w:pStyle w:val="ListNumber"/>
      </w:pPr>
      <w:r>
        <w:t>10. Final Salary Payment Letter</w:t>
      </w:r>
    </w:p>
    <w:p>
      <w:pPr>
        <w:pStyle w:val="ListNumber"/>
      </w:pPr>
      <w:r>
        <w:t>11. Insurance Claim Payment Letter</w:t>
      </w:r>
    </w:p>
    <w:p>
      <w:pPr>
        <w:pStyle w:val="ListNumber"/>
      </w:pPr>
      <w:r>
        <w:t>12. Contractor Repair Letter</w:t>
      </w:r>
    </w:p>
    <w:p>
      <w:pPr>
        <w:pStyle w:val="ListNumber"/>
      </w:pPr>
      <w:r>
        <w:t>13. Unauthorized Charge Letter</w:t>
      </w:r>
    </w:p>
    <w:p>
      <w:pPr>
        <w:pStyle w:val="ListNumber"/>
      </w:pPr>
      <w:r>
        <w:t>14. Commission Payment Letter</w:t>
      </w:r>
    </w:p>
    <w:p>
      <w:pPr>
        <w:pStyle w:val="ListNumber"/>
      </w:pPr>
      <w:r>
        <w:t>15. Deposit for Cancelled Event Letter</w:t>
      </w:r>
    </w:p>
    <w:p>
      <w:pPr>
        <w:pStyle w:val="ListNumber"/>
      </w:pPr>
      <w:r>
        <w:t>16. Warranty Repair Letter</w:t>
      </w:r>
    </w:p>
    <w:p>
      <w:pPr>
        <w:pStyle w:val="ListNumber"/>
      </w:pPr>
      <w:r>
        <w:t>17. Overpayment Return Letter</w:t>
      </w:r>
    </w:p>
    <w:p>
      <w:pPr>
        <w:pStyle w:val="ListNumber"/>
      </w:pPr>
      <w:r>
        <w:t>18. Shared Expense Reimbursement Letter</w:t>
      </w:r>
    </w:p>
    <w:p>
      <w:pPr>
        <w:pStyle w:val="ListNumber"/>
      </w:pPr>
      <w:r>
        <w:t>19. Removal of Personal Property Letter</w:t>
      </w:r>
    </w:p>
    <w:p>
      <w:pPr>
        <w:pStyle w:val="ListNumber"/>
      </w:pPr>
      <w:r>
        <w:t>20. Formal Demand Before Escalation Letter</w:t>
      </w:r>
    </w:p>
    <w:p>
      <w:pPr>
        <w:pStyle w:val="Heading1"/>
        <w:keepNext/>
      </w:pPr>
      <w:r>
        <w:t>1. Unpaid Invoice Letter</w:t>
      </w:r>
    </w:p>
    <w:p>
      <w:r>
        <w:t>[Date]</w:t>
      </w:r>
    </w:p>
    <w:p>
      <w:r>
        <w:t>[Your Name]</w:t>
      </w:r>
    </w:p>
    <w:p>
      <w:r>
        <w:t>[Your Address]</w:t>
      </w:r>
    </w:p>
    <w:p>
      <w:r>
        <w:t>[City, State ZIP]</w:t>
      </w:r>
    </w:p>
    <w:p>
      <w:r>
        <w:t>[Email Address]</w:t>
      </w:r>
    </w:p>
    <w:p>
      <w:r>
        <w:t>[Phone Number]</w:t>
      </w:r>
    </w:p>
    <w:p/>
    <w:p>
      <w:r>
        <w:t>[Client or accounts department Name]</w:t>
      </w:r>
    </w:p>
    <w:p>
      <w:r>
        <w:t>[Title or Department]</w:t>
      </w:r>
    </w:p>
    <w:p>
      <w:r>
        <w:t>[Organization]</w:t>
      </w:r>
    </w:p>
    <w:p>
      <w:r>
        <w:t>[Address]</w:t>
      </w:r>
    </w:p>
    <w:p>
      <w:r>
        <w:t>[City, State ZIP]</w:t>
      </w:r>
    </w:p>
    <w:p>
      <w:r>
        <w:rPr>
          <w:b/>
        </w:rPr>
        <w:t>Subject: Unpaid Invoice</w:t>
      </w:r>
    </w:p>
    <w:p>
      <w:r>
        <w:t>Dear [Client or accounts department Name],</w:t>
      </w:r>
    </w:p>
    <w:p>
      <w:r>
        <w:t>I am writing regarding invoice [number] for [amount] remains unpaid after its due date.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payment of [amount]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2. Personal Loan Repayment Letter</w:t>
      </w:r>
    </w:p>
    <w:p>
      <w:r>
        <w:t>[Date]</w:t>
      </w:r>
    </w:p>
    <w:p>
      <w:r>
        <w:t>[Your Name]</w:t>
      </w:r>
    </w:p>
    <w:p>
      <w:r>
        <w:t>[Your Address]</w:t>
      </w:r>
    </w:p>
    <w:p>
      <w:r>
        <w:t>[City, State ZIP]</w:t>
      </w:r>
    </w:p>
    <w:p>
      <w:r>
        <w:t>[Email Address]</w:t>
      </w:r>
    </w:p>
    <w:p>
      <w:r>
        <w:t>[Phone Number]</w:t>
      </w:r>
    </w:p>
    <w:p/>
    <w:p>
      <w:r>
        <w:t>[Borrower Name]</w:t>
      </w:r>
    </w:p>
    <w:p>
      <w:r>
        <w:t>[Title or Department]</w:t>
      </w:r>
    </w:p>
    <w:p>
      <w:r>
        <w:t>[Organization]</w:t>
      </w:r>
    </w:p>
    <w:p>
      <w:r>
        <w:t>[Address]</w:t>
      </w:r>
    </w:p>
    <w:p>
      <w:r>
        <w:t>[City, State ZIP]</w:t>
      </w:r>
    </w:p>
    <w:p>
      <w:r>
        <w:rPr>
          <w:b/>
        </w:rPr>
        <w:t>Subject: Personal Loan Repayment</w:t>
      </w:r>
    </w:p>
    <w:p>
      <w:r>
        <w:t>Dear [Borrower Name],</w:t>
      </w:r>
    </w:p>
    <w:p>
      <w:r>
        <w:t>I am writing regarding the agreed repayment for the personal loan dated [date] has not been received.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payment of the outstanding balance or a written repayment plan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3. Security Deposit Return Letter</w:t>
      </w:r>
    </w:p>
    <w:p>
      <w:r>
        <w:t>[Date]</w:t>
      </w:r>
    </w:p>
    <w:p>
      <w:r>
        <w:t>[Your Name]</w:t>
      </w:r>
    </w:p>
    <w:p>
      <w:r>
        <w:t>[Your Address]</w:t>
      </w:r>
    </w:p>
    <w:p>
      <w:r>
        <w:t>[City, State ZIP]</w:t>
      </w:r>
    </w:p>
    <w:p>
      <w:r>
        <w:t>[Email Address]</w:t>
      </w:r>
    </w:p>
    <w:p>
      <w:r>
        <w:t>[Phone Number]</w:t>
      </w:r>
    </w:p>
    <w:p/>
    <w:p>
      <w:r>
        <w:t>[Landlord or property manager Name]</w:t>
      </w:r>
    </w:p>
    <w:p>
      <w:r>
        <w:t>[Title or Department]</w:t>
      </w:r>
    </w:p>
    <w:p>
      <w:r>
        <w:t>[Organization]</w:t>
      </w:r>
    </w:p>
    <w:p>
      <w:r>
        <w:t>[Address]</w:t>
      </w:r>
    </w:p>
    <w:p>
      <w:r>
        <w:t>[City, State ZIP]</w:t>
      </w:r>
    </w:p>
    <w:p>
      <w:r>
        <w:rPr>
          <w:b/>
        </w:rPr>
        <w:t>Subject: Security Deposit Return</w:t>
      </w:r>
    </w:p>
    <w:p>
      <w:r>
        <w:t>Dear [Landlord or property manager Name],</w:t>
      </w:r>
    </w:p>
    <w:p>
      <w:r>
        <w:t>I am writing regarding the security deposit for [property address] has not been returned or itemized.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return of [amount] or an itemized statement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4. Refund for Defective Product Letter</w:t>
      </w:r>
    </w:p>
    <w:p>
      <w:r>
        <w:t>[Date]</w:t>
      </w:r>
    </w:p>
    <w:p>
      <w:r>
        <w:t>[Your Name]</w:t>
      </w:r>
    </w:p>
    <w:p>
      <w:r>
        <w:t>[Your Address]</w:t>
      </w:r>
    </w:p>
    <w:p>
      <w:r>
        <w:t>[City, State ZIP]</w:t>
      </w:r>
    </w:p>
    <w:p>
      <w:r>
        <w:t>[Email Address]</w:t>
      </w:r>
    </w:p>
    <w:p>
      <w:r>
        <w:t>[Phone Number]</w:t>
      </w:r>
    </w:p>
    <w:p/>
    <w:p>
      <w:r>
        <w:t>[Retailer or manufacturer Name]</w:t>
      </w:r>
    </w:p>
    <w:p>
      <w:r>
        <w:t>[Title or Department]</w:t>
      </w:r>
    </w:p>
    <w:p>
      <w:r>
        <w:t>[Organization]</w:t>
      </w:r>
    </w:p>
    <w:p>
      <w:r>
        <w:t>[Address]</w:t>
      </w:r>
    </w:p>
    <w:p>
      <w:r>
        <w:t>[City, State ZIP]</w:t>
      </w:r>
    </w:p>
    <w:p>
      <w:r>
        <w:rPr>
          <w:b/>
        </w:rPr>
        <w:t>Subject: Refund for Defective Product</w:t>
      </w:r>
    </w:p>
    <w:p>
      <w:r>
        <w:t>Dear [Retailer or manufacturer Name],</w:t>
      </w:r>
    </w:p>
    <w:p>
      <w:r>
        <w:t>I am writing regarding the product purchased on [date] was defective and the earlier refund request remains unresolved.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a refund of [amount]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5. Incomplete Service Letter</w:t>
      </w:r>
    </w:p>
    <w:p>
      <w:r>
        <w:t>[Date]</w:t>
      </w:r>
    </w:p>
    <w:p>
      <w:r>
        <w:t>[Your Name]</w:t>
      </w:r>
    </w:p>
    <w:p>
      <w:r>
        <w:t>[Your Address]</w:t>
      </w:r>
    </w:p>
    <w:p>
      <w:r>
        <w:t>[City, State ZIP]</w:t>
      </w:r>
    </w:p>
    <w:p>
      <w:r>
        <w:t>[Email Address]</w:t>
      </w:r>
    </w:p>
    <w:p>
      <w:r>
        <w:t>[Phone Number]</w:t>
      </w:r>
    </w:p>
    <w:p/>
    <w:p>
      <w:r>
        <w:t>[Service provider Name]</w:t>
      </w:r>
    </w:p>
    <w:p>
      <w:r>
        <w:t>[Title or Department]</w:t>
      </w:r>
    </w:p>
    <w:p>
      <w:r>
        <w:t>[Organization]</w:t>
      </w:r>
    </w:p>
    <w:p>
      <w:r>
        <w:t>[Address]</w:t>
      </w:r>
    </w:p>
    <w:p>
      <w:r>
        <w:t>[City, State ZIP]</w:t>
      </w:r>
    </w:p>
    <w:p>
      <w:r>
        <w:rPr>
          <w:b/>
        </w:rPr>
        <w:t>Subject: Incomplete Service</w:t>
      </w:r>
    </w:p>
    <w:p>
      <w:r>
        <w:t>Dear [Service provider Name],</w:t>
      </w:r>
    </w:p>
    <w:p>
      <w:r>
        <w:t>I am writing regarding the contracted service was incomplete or did not meet the written scope.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completion of the listed work or a refund of [amount]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6. Property Damage Reimbursement Letter</w:t>
      </w:r>
    </w:p>
    <w:p>
      <w:r>
        <w:t>[Date]</w:t>
      </w:r>
    </w:p>
    <w:p>
      <w:r>
        <w:t>[Your Name]</w:t>
      </w:r>
    </w:p>
    <w:p>
      <w:r>
        <w:t>[Your Address]</w:t>
      </w:r>
    </w:p>
    <w:p>
      <w:r>
        <w:t>[City, State ZIP]</w:t>
      </w:r>
    </w:p>
    <w:p>
      <w:r>
        <w:t>[Email Address]</w:t>
      </w:r>
    </w:p>
    <w:p>
      <w:r>
        <w:t>[Phone Number]</w:t>
      </w:r>
    </w:p>
    <w:p/>
    <w:p>
      <w:r>
        <w:t>[Responsible person or insurer Name]</w:t>
      </w:r>
    </w:p>
    <w:p>
      <w:r>
        <w:t>[Title or Department]</w:t>
      </w:r>
    </w:p>
    <w:p>
      <w:r>
        <w:t>[Organization]</w:t>
      </w:r>
    </w:p>
    <w:p>
      <w:r>
        <w:t>[Address]</w:t>
      </w:r>
    </w:p>
    <w:p>
      <w:r>
        <w:t>[City, State ZIP]</w:t>
      </w:r>
    </w:p>
    <w:p>
      <w:r>
        <w:rPr>
          <w:b/>
        </w:rPr>
        <w:t>Subject: Property Damage Reimbursement</w:t>
      </w:r>
    </w:p>
    <w:p>
      <w:r>
        <w:t>Dear [Responsible person or insurer Name],</w:t>
      </w:r>
    </w:p>
    <w:p>
      <w:r>
        <w:t>I am writing regarding damage to [property] occurred on [date] and repair costs remain unpaid.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reimbursement of [amount]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7. Past Due Rent Letter</w:t>
      </w:r>
    </w:p>
    <w:p>
      <w:r>
        <w:t>[Date]</w:t>
      </w:r>
    </w:p>
    <w:p>
      <w:r>
        <w:t>[Your Name]</w:t>
      </w:r>
    </w:p>
    <w:p>
      <w:r>
        <w:t>[Your Address]</w:t>
      </w:r>
    </w:p>
    <w:p>
      <w:r>
        <w:t>[City, State ZIP]</w:t>
      </w:r>
    </w:p>
    <w:p>
      <w:r>
        <w:t>[Email Address]</w:t>
      </w:r>
    </w:p>
    <w:p>
      <w:r>
        <w:t>[Phone Number]</w:t>
      </w:r>
    </w:p>
    <w:p/>
    <w:p>
      <w:r>
        <w:t>[Tenant Name]</w:t>
      </w:r>
    </w:p>
    <w:p>
      <w:r>
        <w:t>[Title or Department]</w:t>
      </w:r>
    </w:p>
    <w:p>
      <w:r>
        <w:t>[Organization]</w:t>
      </w:r>
    </w:p>
    <w:p>
      <w:r>
        <w:t>[Address]</w:t>
      </w:r>
    </w:p>
    <w:p>
      <w:r>
        <w:t>[City, State ZIP]</w:t>
      </w:r>
    </w:p>
    <w:p>
      <w:r>
        <w:rPr>
          <w:b/>
        </w:rPr>
        <w:t>Subject: Past Due Rent</w:t>
      </w:r>
    </w:p>
    <w:p>
      <w:r>
        <w:t>Dear [Tenant Name],</w:t>
      </w:r>
    </w:p>
    <w:p>
      <w:r>
        <w:t>I am writing regarding rent for [month or period] remains outstanding under the lease.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payment of [amount] or written contact to resolve the balance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8. Return of Borrowed Property Letter</w:t>
      </w:r>
    </w:p>
    <w:p>
      <w:r>
        <w:t>[Date]</w:t>
      </w:r>
    </w:p>
    <w:p>
      <w:r>
        <w:t>[Your Name]</w:t>
      </w:r>
    </w:p>
    <w:p>
      <w:r>
        <w:t>[Your Address]</w:t>
      </w:r>
    </w:p>
    <w:p>
      <w:r>
        <w:t>[City, State ZIP]</w:t>
      </w:r>
    </w:p>
    <w:p>
      <w:r>
        <w:t>[Email Address]</w:t>
      </w:r>
    </w:p>
    <w:p>
      <w:r>
        <w:t>[Phone Number]</w:t>
      </w:r>
    </w:p>
    <w:p/>
    <w:p>
      <w:r>
        <w:t>[Borrower of property Name]</w:t>
      </w:r>
    </w:p>
    <w:p>
      <w:r>
        <w:t>[Title or Department]</w:t>
      </w:r>
    </w:p>
    <w:p>
      <w:r>
        <w:t>[Organization]</w:t>
      </w:r>
    </w:p>
    <w:p>
      <w:r>
        <w:t>[Address]</w:t>
      </w:r>
    </w:p>
    <w:p>
      <w:r>
        <w:t>[City, State ZIP]</w:t>
      </w:r>
    </w:p>
    <w:p>
      <w:r>
        <w:rPr>
          <w:b/>
        </w:rPr>
        <w:t>Subject: Return of Borrowed Property</w:t>
      </w:r>
    </w:p>
    <w:p>
      <w:r>
        <w:t>Dear [Borrower of property Name],</w:t>
      </w:r>
    </w:p>
    <w:p>
      <w:r>
        <w:t>I am writing regarding the property described as [item] has not been returned as agreed.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return of the property in its prior condition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9. Breach of Contract Letter</w:t>
      </w:r>
    </w:p>
    <w:p>
      <w:r>
        <w:t>[Date]</w:t>
      </w:r>
    </w:p>
    <w:p>
      <w:r>
        <w:t>[Your Name]</w:t>
      </w:r>
    </w:p>
    <w:p>
      <w:r>
        <w:t>[Your Address]</w:t>
      </w:r>
    </w:p>
    <w:p>
      <w:r>
        <w:t>[City, State ZIP]</w:t>
      </w:r>
    </w:p>
    <w:p>
      <w:r>
        <w:t>[Email Address]</w:t>
      </w:r>
    </w:p>
    <w:p>
      <w:r>
        <w:t>[Phone Number]</w:t>
      </w:r>
    </w:p>
    <w:p/>
    <w:p>
      <w:r>
        <w:t>[Contracting party Name]</w:t>
      </w:r>
    </w:p>
    <w:p>
      <w:r>
        <w:t>[Title or Department]</w:t>
      </w:r>
    </w:p>
    <w:p>
      <w:r>
        <w:t>[Organization]</w:t>
      </w:r>
    </w:p>
    <w:p>
      <w:r>
        <w:t>[Address]</w:t>
      </w:r>
    </w:p>
    <w:p>
      <w:r>
        <w:t>[City, State ZIP]</w:t>
      </w:r>
    </w:p>
    <w:p>
      <w:r>
        <w:rPr>
          <w:b/>
        </w:rPr>
        <w:t>Subject: Breach of Contract</w:t>
      </w:r>
    </w:p>
    <w:p>
      <w:r>
        <w:t>Dear [Contracting party Name],</w:t>
      </w:r>
    </w:p>
    <w:p>
      <w:r>
        <w:t>I am writing regarding the obligations in section [number] of the agreement dated [date] have not been performed.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performance of the obligation or a written cure proposal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10. Final Salary Payment Letter</w:t>
      </w:r>
    </w:p>
    <w:p>
      <w:r>
        <w:t>[Date]</w:t>
      </w:r>
    </w:p>
    <w:p>
      <w:r>
        <w:t>[Your Name]</w:t>
      </w:r>
    </w:p>
    <w:p>
      <w:r>
        <w:t>[Your Address]</w:t>
      </w:r>
    </w:p>
    <w:p>
      <w:r>
        <w:t>[City, State ZIP]</w:t>
      </w:r>
    </w:p>
    <w:p>
      <w:r>
        <w:t>[Email Address]</w:t>
      </w:r>
    </w:p>
    <w:p>
      <w:r>
        <w:t>[Phone Number]</w:t>
      </w:r>
    </w:p>
    <w:p/>
    <w:p>
      <w:r>
        <w:t>[Former employer or payroll department Name]</w:t>
      </w:r>
    </w:p>
    <w:p>
      <w:r>
        <w:t>[Title or Department]</w:t>
      </w:r>
    </w:p>
    <w:p>
      <w:r>
        <w:t>[Organization]</w:t>
      </w:r>
    </w:p>
    <w:p>
      <w:r>
        <w:t>[Address]</w:t>
      </w:r>
    </w:p>
    <w:p>
      <w:r>
        <w:t>[City, State ZIP]</w:t>
      </w:r>
    </w:p>
    <w:p>
      <w:r>
        <w:rPr>
          <w:b/>
        </w:rPr>
        <w:t>Subject: Final Salary Payment</w:t>
      </w:r>
    </w:p>
    <w:p>
      <w:r>
        <w:t>Dear [Former employer or payroll department Name],</w:t>
      </w:r>
    </w:p>
    <w:p>
      <w:r>
        <w:t>I am writing regarding final wages or approved expenses remain unpaid following separation.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payment and an itemized statement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11. Insurance Claim Payment Letter</w:t>
      </w:r>
    </w:p>
    <w:p>
      <w:r>
        <w:t>[Date]</w:t>
      </w:r>
    </w:p>
    <w:p>
      <w:r>
        <w:t>[Your Name]</w:t>
      </w:r>
    </w:p>
    <w:p>
      <w:r>
        <w:t>[Your Address]</w:t>
      </w:r>
    </w:p>
    <w:p>
      <w:r>
        <w:t>[City, State ZIP]</w:t>
      </w:r>
    </w:p>
    <w:p>
      <w:r>
        <w:t>[Email Address]</w:t>
      </w:r>
    </w:p>
    <w:p>
      <w:r>
        <w:t>[Phone Number]</w:t>
      </w:r>
    </w:p>
    <w:p/>
    <w:p>
      <w:r>
        <w:t>[Insurance claims department Name]</w:t>
      </w:r>
    </w:p>
    <w:p>
      <w:r>
        <w:t>[Title or Department]</w:t>
      </w:r>
    </w:p>
    <w:p>
      <w:r>
        <w:t>[Organization]</w:t>
      </w:r>
    </w:p>
    <w:p>
      <w:r>
        <w:t>[Address]</w:t>
      </w:r>
    </w:p>
    <w:p>
      <w:r>
        <w:t>[City, State ZIP]</w:t>
      </w:r>
    </w:p>
    <w:p>
      <w:r>
        <w:rPr>
          <w:b/>
        </w:rPr>
        <w:t>Subject: Insurance Claim Payment</w:t>
      </w:r>
    </w:p>
    <w:p>
      <w:r>
        <w:t>Dear [Insurance claims department Name],</w:t>
      </w:r>
    </w:p>
    <w:p>
      <w:r>
        <w:t>I am writing regarding claim [number] remains unpaid or unexplained after submission of the requested documents.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a written coverage decision and payment of the approved amount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12. Contractor Repair Letter</w:t>
      </w:r>
    </w:p>
    <w:p>
      <w:r>
        <w:t>[Date]</w:t>
      </w:r>
    </w:p>
    <w:p>
      <w:r>
        <w:t>[Your Name]</w:t>
      </w:r>
    </w:p>
    <w:p>
      <w:r>
        <w:t>[Your Address]</w:t>
      </w:r>
    </w:p>
    <w:p>
      <w:r>
        <w:t>[City, State ZIP]</w:t>
      </w:r>
    </w:p>
    <w:p>
      <w:r>
        <w:t>[Email Address]</w:t>
      </w:r>
    </w:p>
    <w:p>
      <w:r>
        <w:t>[Phone Number]</w:t>
      </w:r>
    </w:p>
    <w:p/>
    <w:p>
      <w:r>
        <w:t>[Contractor Name]</w:t>
      </w:r>
    </w:p>
    <w:p>
      <w:r>
        <w:t>[Title or Department]</w:t>
      </w:r>
    </w:p>
    <w:p>
      <w:r>
        <w:t>[Organization]</w:t>
      </w:r>
    </w:p>
    <w:p>
      <w:r>
        <w:t>[Address]</w:t>
      </w:r>
    </w:p>
    <w:p>
      <w:r>
        <w:t>[City, State ZIP]</w:t>
      </w:r>
    </w:p>
    <w:p>
      <w:r>
        <w:rPr>
          <w:b/>
        </w:rPr>
        <w:t>Subject: Contractor Repair</w:t>
      </w:r>
    </w:p>
    <w:p>
      <w:r>
        <w:t>Dear [Contractor Name],</w:t>
      </w:r>
    </w:p>
    <w:p>
      <w:r>
        <w:t>I am writing regarding work completed at [address] contains the documented defects listed in the attachment.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repair of the defects at no added cost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13. Unauthorized Charge Letter</w:t>
      </w:r>
    </w:p>
    <w:p>
      <w:r>
        <w:t>[Date]</w:t>
      </w:r>
    </w:p>
    <w:p>
      <w:r>
        <w:t>[Your Name]</w:t>
      </w:r>
    </w:p>
    <w:p>
      <w:r>
        <w:t>[Your Address]</w:t>
      </w:r>
    </w:p>
    <w:p>
      <w:r>
        <w:t>[City, State ZIP]</w:t>
      </w:r>
    </w:p>
    <w:p>
      <w:r>
        <w:t>[Email Address]</w:t>
      </w:r>
    </w:p>
    <w:p>
      <w:r>
        <w:t>[Phone Number]</w:t>
      </w:r>
    </w:p>
    <w:p/>
    <w:p>
      <w:r>
        <w:t>[Bank or merchant Name]</w:t>
      </w:r>
    </w:p>
    <w:p>
      <w:r>
        <w:t>[Title or Department]</w:t>
      </w:r>
    </w:p>
    <w:p>
      <w:r>
        <w:t>[Organization]</w:t>
      </w:r>
    </w:p>
    <w:p>
      <w:r>
        <w:t>[Address]</w:t>
      </w:r>
    </w:p>
    <w:p>
      <w:r>
        <w:t>[City, State ZIP]</w:t>
      </w:r>
    </w:p>
    <w:p>
      <w:r>
        <w:rPr>
          <w:b/>
        </w:rPr>
        <w:t>Subject: Unauthorized Charge</w:t>
      </w:r>
    </w:p>
    <w:p>
      <w:r>
        <w:t>Dear [Bank or merchant Name],</w:t>
      </w:r>
    </w:p>
    <w:p>
      <w:r>
        <w:t>I am writing regarding the charge of [amount] dated [date] was not authorized and was previously disputed.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reversal of the charge and written confirmation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14. Commission Payment Letter</w:t>
      </w:r>
    </w:p>
    <w:p>
      <w:r>
        <w:t>[Date]</w:t>
      </w:r>
    </w:p>
    <w:p>
      <w:r>
        <w:t>[Your Name]</w:t>
      </w:r>
    </w:p>
    <w:p>
      <w:r>
        <w:t>[Your Address]</w:t>
      </w:r>
    </w:p>
    <w:p>
      <w:r>
        <w:t>[City, State ZIP]</w:t>
      </w:r>
    </w:p>
    <w:p>
      <w:r>
        <w:t>[Email Address]</w:t>
      </w:r>
    </w:p>
    <w:p>
      <w:r>
        <w:t>[Phone Number]</w:t>
      </w:r>
    </w:p>
    <w:p/>
    <w:p>
      <w:r>
        <w:t>[Employer or principal Name]</w:t>
      </w:r>
    </w:p>
    <w:p>
      <w:r>
        <w:t>[Title or Department]</w:t>
      </w:r>
    </w:p>
    <w:p>
      <w:r>
        <w:t>[Organization]</w:t>
      </w:r>
    </w:p>
    <w:p>
      <w:r>
        <w:t>[Address]</w:t>
      </w:r>
    </w:p>
    <w:p>
      <w:r>
        <w:t>[City, State ZIP]</w:t>
      </w:r>
    </w:p>
    <w:p>
      <w:r>
        <w:rPr>
          <w:b/>
        </w:rPr>
        <w:t>Subject: Commission Payment</w:t>
      </w:r>
    </w:p>
    <w:p>
      <w:r>
        <w:t>Dear [Employer or principal Name],</w:t>
      </w:r>
    </w:p>
    <w:p>
      <w:r>
        <w:t>I am writing regarding commission earned under the agreement for [sale or period] remains unpaid.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payment of [amount] with a calculation statement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15. Deposit for Cancelled Event Letter</w:t>
      </w:r>
    </w:p>
    <w:p>
      <w:r>
        <w:t>[Date]</w:t>
      </w:r>
    </w:p>
    <w:p>
      <w:r>
        <w:t>[Your Name]</w:t>
      </w:r>
    </w:p>
    <w:p>
      <w:r>
        <w:t>[Your Address]</w:t>
      </w:r>
    </w:p>
    <w:p>
      <w:r>
        <w:t>[City, State ZIP]</w:t>
      </w:r>
    </w:p>
    <w:p>
      <w:r>
        <w:t>[Email Address]</w:t>
      </w:r>
    </w:p>
    <w:p>
      <w:r>
        <w:t>[Phone Number]</w:t>
      </w:r>
    </w:p>
    <w:p/>
    <w:p>
      <w:r>
        <w:t>[Venue or event provider Name]</w:t>
      </w:r>
    </w:p>
    <w:p>
      <w:r>
        <w:t>[Title or Department]</w:t>
      </w:r>
    </w:p>
    <w:p>
      <w:r>
        <w:t>[Organization]</w:t>
      </w:r>
    </w:p>
    <w:p>
      <w:r>
        <w:t>[Address]</w:t>
      </w:r>
    </w:p>
    <w:p>
      <w:r>
        <w:t>[City, State ZIP]</w:t>
      </w:r>
    </w:p>
    <w:p>
      <w:r>
        <w:rPr>
          <w:b/>
        </w:rPr>
        <w:t>Subject: Deposit for Cancelled Event</w:t>
      </w:r>
    </w:p>
    <w:p>
      <w:r>
        <w:t>Dear [Venue or event provider Name],</w:t>
      </w:r>
    </w:p>
    <w:p>
      <w:r>
        <w:t>I am writing regarding the event scheduled for [date] was cancelled under terms permitting a deposit return.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refund of the [amount] deposit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16. Warranty Repair Letter</w:t>
      </w:r>
    </w:p>
    <w:p>
      <w:r>
        <w:t>[Date]</w:t>
      </w:r>
    </w:p>
    <w:p>
      <w:r>
        <w:t>[Your Name]</w:t>
      </w:r>
    </w:p>
    <w:p>
      <w:r>
        <w:t>[Your Address]</w:t>
      </w:r>
    </w:p>
    <w:p>
      <w:r>
        <w:t>[City, State ZIP]</w:t>
      </w:r>
    </w:p>
    <w:p>
      <w:r>
        <w:t>[Email Address]</w:t>
      </w:r>
    </w:p>
    <w:p>
      <w:r>
        <w:t>[Phone Number]</w:t>
      </w:r>
    </w:p>
    <w:p/>
    <w:p>
      <w:r>
        <w:t>[Manufacturer or warranty administrator Name]</w:t>
      </w:r>
    </w:p>
    <w:p>
      <w:r>
        <w:t>[Title or Department]</w:t>
      </w:r>
    </w:p>
    <w:p>
      <w:r>
        <w:t>[Organization]</w:t>
      </w:r>
    </w:p>
    <w:p>
      <w:r>
        <w:t>[Address]</w:t>
      </w:r>
    </w:p>
    <w:p>
      <w:r>
        <w:t>[City, State ZIP]</w:t>
      </w:r>
    </w:p>
    <w:p>
      <w:r>
        <w:rPr>
          <w:b/>
        </w:rPr>
        <w:t>Subject: Warranty Repair</w:t>
      </w:r>
    </w:p>
    <w:p>
      <w:r>
        <w:t>Dear [Manufacturer or warranty administrator Name],</w:t>
      </w:r>
    </w:p>
    <w:p>
      <w:r>
        <w:t>I am writing regarding the covered product failed during the warranty period and the repair request is unresolved.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authorized repair or replacement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17. Overpayment Return Letter</w:t>
      </w:r>
    </w:p>
    <w:p>
      <w:r>
        <w:t>[Date]</w:t>
      </w:r>
    </w:p>
    <w:p>
      <w:r>
        <w:t>[Your Name]</w:t>
      </w:r>
    </w:p>
    <w:p>
      <w:r>
        <w:t>[Your Address]</w:t>
      </w:r>
    </w:p>
    <w:p>
      <w:r>
        <w:t>[City, State ZIP]</w:t>
      </w:r>
    </w:p>
    <w:p>
      <w:r>
        <w:t>[Email Address]</w:t>
      </w:r>
    </w:p>
    <w:p>
      <w:r>
        <w:t>[Phone Number]</w:t>
      </w:r>
    </w:p>
    <w:p/>
    <w:p>
      <w:r>
        <w:t>[Vendor or recipient Name]</w:t>
      </w:r>
    </w:p>
    <w:p>
      <w:r>
        <w:t>[Title or Department]</w:t>
      </w:r>
    </w:p>
    <w:p>
      <w:r>
        <w:t>[Organization]</w:t>
      </w:r>
    </w:p>
    <w:p>
      <w:r>
        <w:t>[Address]</w:t>
      </w:r>
    </w:p>
    <w:p>
      <w:r>
        <w:t>[City, State ZIP]</w:t>
      </w:r>
    </w:p>
    <w:p>
      <w:r>
        <w:rPr>
          <w:b/>
        </w:rPr>
        <w:t>Subject: Overpayment Return</w:t>
      </w:r>
    </w:p>
    <w:p>
      <w:r>
        <w:t>Dear [Vendor or recipient Name],</w:t>
      </w:r>
    </w:p>
    <w:p>
      <w:r>
        <w:t>I am writing regarding records show an overpayment of [amount] on [date].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return or credited application of the overpayment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18. Shared Expense Reimbursement Letter</w:t>
      </w:r>
    </w:p>
    <w:p>
      <w:r>
        <w:t>[Date]</w:t>
      </w:r>
    </w:p>
    <w:p>
      <w:r>
        <w:t>[Your Name]</w:t>
      </w:r>
    </w:p>
    <w:p>
      <w:r>
        <w:t>[Your Address]</w:t>
      </w:r>
    </w:p>
    <w:p>
      <w:r>
        <w:t>[City, State ZIP]</w:t>
      </w:r>
    </w:p>
    <w:p>
      <w:r>
        <w:t>[Email Address]</w:t>
      </w:r>
    </w:p>
    <w:p>
      <w:r>
        <w:t>[Phone Number]</w:t>
      </w:r>
    </w:p>
    <w:p/>
    <w:p>
      <w:r>
        <w:t>[Co-tenant or other responsible party Name]</w:t>
      </w:r>
    </w:p>
    <w:p>
      <w:r>
        <w:t>[Title or Department]</w:t>
      </w:r>
    </w:p>
    <w:p>
      <w:r>
        <w:t>[Organization]</w:t>
      </w:r>
    </w:p>
    <w:p>
      <w:r>
        <w:t>[Address]</w:t>
      </w:r>
    </w:p>
    <w:p>
      <w:r>
        <w:t>[City, State ZIP]</w:t>
      </w:r>
    </w:p>
    <w:p>
      <w:r>
        <w:rPr>
          <w:b/>
        </w:rPr>
        <w:t>Subject: Shared Expense Reimbursement</w:t>
      </w:r>
    </w:p>
    <w:p>
      <w:r>
        <w:t>Dear [Co-tenant or other responsible party Name],</w:t>
      </w:r>
    </w:p>
    <w:p>
      <w:r>
        <w:t>I am writing regarding the agreed share of [expense] was paid on the recipient's behalf.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reimbursement of [amount] by [date].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19. Removal of Personal Property Letter</w:t>
      </w:r>
    </w:p>
    <w:p>
      <w:r>
        <w:t>[Date]</w:t>
      </w:r>
    </w:p>
    <w:p>
      <w:r>
        <w:t>[Your Name]</w:t>
      </w:r>
    </w:p>
    <w:p>
      <w:r>
        <w:t>[Your Address]</w:t>
      </w:r>
    </w:p>
    <w:p>
      <w:r>
        <w:t>[City, State ZIP]</w:t>
      </w:r>
    </w:p>
    <w:p>
      <w:r>
        <w:t>[Email Address]</w:t>
      </w:r>
    </w:p>
    <w:p>
      <w:r>
        <w:t>[Phone Number]</w:t>
      </w:r>
    </w:p>
    <w:p/>
    <w:p>
      <w:r>
        <w:t>[Former occupant or owner Name]</w:t>
      </w:r>
    </w:p>
    <w:p>
      <w:r>
        <w:t>[Title or Department]</w:t>
      </w:r>
    </w:p>
    <w:p>
      <w:r>
        <w:t>[Organization]</w:t>
      </w:r>
    </w:p>
    <w:p>
      <w:r>
        <w:t>[Address]</w:t>
      </w:r>
    </w:p>
    <w:p>
      <w:r>
        <w:t>[City, State ZIP]</w:t>
      </w:r>
    </w:p>
    <w:p>
      <w:r>
        <w:rPr>
          <w:b/>
        </w:rPr>
        <w:t>Subject: Removal of Personal Property</w:t>
      </w:r>
    </w:p>
    <w:p>
      <w:r>
        <w:t>Dear [Former occupant or owner Name],</w:t>
      </w:r>
    </w:p>
    <w:p>
      <w:r>
        <w:t>I am writing regarding personal property remains at [location] after earlier requests for collection.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collection of the listed items by [date] after arranging access. Please send payment, confirmation, or a substantive written response to the contact details above. I hope the matter can be resolved directly and without unnecessary escalation.</w:t>
      </w:r>
    </w:p>
    <w:p>
      <w:r>
        <w:t>Sincerely,</w:t>
      </w:r>
    </w:p>
    <w:p/>
    <w:p>
      <w:r>
        <w:t>[Signature]</w:t>
      </w:r>
    </w:p>
    <w:p>
      <w:r>
        <w:t>[Your Name]</w:t>
      </w:r>
    </w:p>
    <w:p>
      <w:pPr>
        <w:pStyle w:val="Heading1"/>
        <w:keepNext/>
      </w:pPr>
      <w:r>
        <w:t>20. Formal Demand Before Escalation Letter</w:t>
      </w:r>
    </w:p>
    <w:p>
      <w:r>
        <w:t>[Date]</w:t>
      </w:r>
    </w:p>
    <w:p>
      <w:r>
        <w:t>[Your Name]</w:t>
      </w:r>
    </w:p>
    <w:p>
      <w:r>
        <w:t>[Your Address]</w:t>
      </w:r>
    </w:p>
    <w:p>
      <w:r>
        <w:t>[City, State ZIP]</w:t>
      </w:r>
    </w:p>
    <w:p>
      <w:r>
        <w:t>[Email Address]</w:t>
      </w:r>
    </w:p>
    <w:p>
      <w:r>
        <w:t>[Phone Number]</w:t>
      </w:r>
    </w:p>
    <w:p/>
    <w:p>
      <w:r>
        <w:t>[Responsible party Name]</w:t>
      </w:r>
    </w:p>
    <w:p>
      <w:r>
        <w:t>[Title or Department]</w:t>
      </w:r>
    </w:p>
    <w:p>
      <w:r>
        <w:t>[Organization]</w:t>
      </w:r>
    </w:p>
    <w:p>
      <w:r>
        <w:t>[Address]</w:t>
      </w:r>
    </w:p>
    <w:p>
      <w:r>
        <w:t>[City, State ZIP]</w:t>
      </w:r>
    </w:p>
    <w:p>
      <w:r>
        <w:rPr>
          <w:b/>
        </w:rPr>
        <w:t>Subject: Formal Demand Before Escalation</w:t>
      </w:r>
    </w:p>
    <w:p>
      <w:r>
        <w:t>Dear [Responsible party Name],</w:t>
      </w:r>
    </w:p>
    <w:p>
      <w:r>
        <w:t>I am writing regarding the documented issue described in earlier correspondence remains unresolved. This letter is a formal request to resolve the matter based on the records and correspondence available to me.</w:t>
      </w:r>
    </w:p>
    <w:p>
      <w:r>
        <w:t>The relevant facts are as follows: [brief chronological facts]. Supporting documents include [invoice, agreement, receipt, photographs, or earlier messages]. Please tell me promptly if your records differ and provide the documents supporting your position.</w:t>
      </w:r>
    </w:p>
    <w:p>
      <w:r>
        <w:t>I request the specified payment or corrective action by [date]. Please send payment, confirmation, or a substantive written response to the contact details above. I hope the matter can be resolved directly and without unnecessary escalation.</w:t>
      </w:r>
    </w:p>
    <w:p>
      <w:r>
        <w:t>Sincerely,</w:t>
      </w:r>
    </w:p>
    <w:p/>
    <w:p>
      <w:r>
        <w:t>[Signature]</w:t>
      </w:r>
    </w:p>
    <w:p>
      <w:r>
        <w:t>[Your Name]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